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24" w:type="dxa"/>
        <w:tblLayout w:type="fixed"/>
        <w:tblLook w:val="04A0" w:firstRow="1" w:lastRow="0" w:firstColumn="1" w:lastColumn="0" w:noHBand="0" w:noVBand="1"/>
      </w:tblPr>
      <w:tblGrid>
        <w:gridCol w:w="1656"/>
        <w:gridCol w:w="8568"/>
      </w:tblGrid>
      <w:tr w:rsidR="006F3823">
        <w:tc>
          <w:tcPr>
            <w:tcW w:w="1656" w:type="dxa"/>
            <w:vAlign w:val="top"/>
          </w:tcPr>
          <w:p w:rsidR="006F3823" w:rsidRDefault="008C060F">
            <w:pPr>
              <w:jc w:val="center"/>
            </w:pPr>
            <w:sdt>
              <w:sdtPr>
                <w:alias w:val="Your Photo"/>
                <w:tag w:val="candidate-photo"/>
                <w:id w:val="204151304"/>
                <w:showingPlcHdr/>
                <w:picture/>
              </w:sdtPr>
              <w:sdtContent>
                <w:r>
                  <w:rPr>
                    <w:noProof/>
                  </w:rPr>
                  <w:drawing>
                    <wp:inline distT="0" distB="0" distL="0" distR="0">
                      <wp:extent cx="776319" cy="8763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frame.png"/>
                              <pic:cNvPicPr/>
                            </pic:nvPicPr>
                            <pic:blipFill>
                              <a:blip r:embed="rId8"/>
                              <a:stretch>
                                <a:fillRect/>
                              </a:stretch>
                            </pic:blipFill>
                            <pic:spPr>
                              <a:xfrm>
                                <a:off x="0" y="0"/>
                                <a:ext cx="776319" cy="876300"/>
                              </a:xfrm>
                              <a:prstGeom prst="rect">
                                <a:avLst/>
                              </a:prstGeom>
                            </pic:spPr>
                          </pic:pic>
                        </a:graphicData>
                      </a:graphic>
                    </wp:inline>
                  </w:drawing>
                </w:r>
              </w:sdtContent>
            </w:sdt>
          </w:p>
          <w:p w:rsidR="00161150" w:rsidRDefault="00F915A6" w:rsidP="00D45C57">
            <w:pPr>
              <w:spacing w:before="40" w:line="216" w:lineRule="auto"/>
              <w:jc w:val="center"/>
            </w:pPr>
            <w:r>
              <w:rPr>
                <w:i/>
                <w:color w:val="665E61"/>
                <w:sz w:val="14"/>
              </w:rPr>
              <w:t>Please include a clear, recent photo here.</w:t>
            </w:r>
          </w:p>
        </w:tc>
        <w:tc>
          <w:tcPr>
            <w:tcW w:w="8568" w:type="dxa"/>
          </w:tcPr>
          <w:p w:rsidR="00D45C57" w:rsidRPr="00D45C57" w:rsidRDefault="00D45C57">
            <w:pPr>
              <w:spacing w:before="80" w:after="40"/>
              <w:jc w:val="center"/>
              <w:rPr>
                <w:rFonts w:ascii="Georgia" w:hAnsi="Georgia"/>
                <w:color w:val="281018"/>
                <w:sz w:val="16"/>
                <w:szCs w:val="16"/>
              </w:rPr>
            </w:pPr>
          </w:p>
          <w:p w:rsidR="006F3823" w:rsidRPr="00E4259B" w:rsidRDefault="008C060F">
            <w:pPr>
              <w:spacing w:before="80" w:after="40"/>
              <w:jc w:val="center"/>
              <w:rPr>
                <w:sz w:val="28"/>
                <w:szCs w:val="28"/>
              </w:rPr>
            </w:pPr>
            <w:r w:rsidRPr="00E4259B">
              <w:rPr>
                <w:rFonts w:ascii="Georgia" w:hAnsi="Georgia"/>
                <w:color w:val="281018"/>
                <w:sz w:val="28"/>
                <w:szCs w:val="28"/>
              </w:rPr>
              <w:t>ANNA M. RIVERA</w:t>
            </w:r>
          </w:p>
          <w:p w:rsidR="00D45C57" w:rsidRDefault="00D45C57">
            <w:pPr>
              <w:spacing w:after="40"/>
              <w:jc w:val="center"/>
            </w:pPr>
            <w:r>
              <w:t xml:space="preserve">37-25 75th Street, Apt. 1-A, Jackson Heights, NY 11372  </w:t>
            </w:r>
          </w:p>
          <w:p w:rsidR="006F3823" w:rsidRDefault="00D45C57">
            <w:pPr>
              <w:spacing w:after="40"/>
              <w:jc w:val="center"/>
            </w:pPr>
            <w:r>
              <w:t xml:space="preserve">Cell Phone: </w:t>
            </w:r>
            <w:r w:rsidR="008C060F">
              <w:t>(</w:t>
            </w:r>
            <w:r>
              <w:t>917</w:t>
            </w:r>
            <w:r w:rsidR="008C060F">
              <w:t xml:space="preserve">) 555-0147 · </w:t>
            </w:r>
            <w:r>
              <w:t xml:space="preserve">Email: </w:t>
            </w:r>
            <w:r w:rsidR="008C060F">
              <w:t>anna.rivera@example.com</w:t>
            </w:r>
          </w:p>
          <w:p w:rsidR="006F3823" w:rsidRDefault="008C060F">
            <w:pPr>
              <w:spacing w:after="20"/>
              <w:jc w:val="center"/>
            </w:pPr>
            <w:r>
              <w:rPr>
                <w:i/>
                <w:color w:val="A45F4A"/>
                <w:sz w:val="17"/>
              </w:rPr>
              <w:t>Seeking: Live-In / Live-Out  ·  Full-Time Nanny / Light Housekeeping  ·  Available March 2027</w:t>
            </w:r>
          </w:p>
          <w:p w:rsidR="006F3823" w:rsidRDefault="006F3823">
            <w:pPr>
              <w:jc w:val="center"/>
            </w:pPr>
            <w:bookmarkStart w:id="0" w:name="_GoBack"/>
            <w:bookmarkEnd w:id="0"/>
          </w:p>
        </w:tc>
      </w:tr>
    </w:tbl>
    <w:p w:rsidR="006F3823" w:rsidRDefault="008C060F">
      <w:pPr>
        <w:pBdr>
          <w:bottom w:val="single" w:sz="6" w:space="1" w:color="A45F4A"/>
        </w:pBdr>
        <w:spacing w:before="200" w:after="60"/>
      </w:pPr>
      <w:r>
        <w:rPr>
          <w:rFonts w:ascii="Georgia" w:hAnsi="Georgia"/>
          <w:b/>
          <w:color w:val="281018"/>
          <w:sz w:val="20"/>
        </w:rPr>
        <w:t>EDUCATION &amp; TRAINING</w:t>
      </w:r>
    </w:p>
    <w:p w:rsidR="006F3823" w:rsidRDefault="008C060F">
      <w:pPr>
        <w:tabs>
          <w:tab w:val="left" w:pos="4896"/>
          <w:tab w:val="right" w:pos="10224"/>
        </w:tabs>
        <w:spacing w:before="80"/>
      </w:pPr>
      <w:r>
        <w:rPr>
          <w:b/>
          <w:color w:val="281018"/>
          <w:sz w:val="20"/>
        </w:rPr>
        <w:t>Queensborough Community College</w:t>
      </w:r>
      <w:r>
        <w:tab/>
        <w:t>Bayside, Queens, NY</w:t>
      </w:r>
      <w:r>
        <w:rPr>
          <w:color w:val="665E61"/>
          <w:sz w:val="17"/>
        </w:rPr>
        <w:tab/>
        <w:t>2013 – 2015</w:t>
      </w:r>
    </w:p>
    <w:p w:rsidR="006F3823" w:rsidRDefault="008C060F">
      <w:pPr>
        <w:spacing w:before="20" w:after="20"/>
      </w:pPr>
      <w:r>
        <w:rPr>
          <w:i/>
          <w:color w:val="A45F4A"/>
          <w:sz w:val="17"/>
        </w:rPr>
        <w:t>Associate of Arts, Early Childhood Education</w:t>
      </w:r>
    </w:p>
    <w:p w:rsidR="006F3823" w:rsidRDefault="008C060F">
      <w:pPr>
        <w:tabs>
          <w:tab w:val="left" w:pos="4896"/>
          <w:tab w:val="right" w:pos="10224"/>
        </w:tabs>
        <w:spacing w:before="80"/>
      </w:pPr>
      <w:r>
        <w:rPr>
          <w:b/>
          <w:color w:val="281018"/>
          <w:sz w:val="20"/>
        </w:rPr>
        <w:t>Newborn Care / Baby Nurse Certificate</w:t>
      </w:r>
      <w:r>
        <w:tab/>
        <w:t>New York, NY</w:t>
      </w:r>
      <w:r>
        <w:rPr>
          <w:color w:val="665E61"/>
          <w:sz w:val="17"/>
        </w:rPr>
        <w:tab/>
        <w:t>2019</w:t>
      </w:r>
    </w:p>
    <w:p w:rsidR="006F3823" w:rsidRDefault="008C060F">
      <w:pPr>
        <w:spacing w:before="20" w:after="20"/>
      </w:pPr>
      <w:r>
        <w:rPr>
          <w:i/>
          <w:color w:val="A45F4A"/>
          <w:sz w:val="17"/>
        </w:rPr>
        <w:t>Certificate of Completion</w:t>
      </w:r>
    </w:p>
    <w:p w:rsidR="006F3823" w:rsidRDefault="008C060F">
      <w:pPr>
        <w:tabs>
          <w:tab w:val="left" w:pos="4896"/>
          <w:tab w:val="right" w:pos="10224"/>
        </w:tabs>
        <w:spacing w:before="80"/>
      </w:pPr>
      <w:r>
        <w:rPr>
          <w:b/>
          <w:color w:val="281018"/>
          <w:sz w:val="20"/>
        </w:rPr>
        <w:t>Infant &amp; Child First Aid and CPR</w:t>
      </w:r>
      <w:r>
        <w:tab/>
        <w:t>New York, NY</w:t>
      </w:r>
      <w:r>
        <w:rPr>
          <w:color w:val="665E61"/>
          <w:sz w:val="17"/>
        </w:rPr>
        <w:tab/>
        <w:t>Renewed 2026</w:t>
      </w:r>
    </w:p>
    <w:p w:rsidR="006F3823" w:rsidRDefault="008C060F">
      <w:pPr>
        <w:spacing w:before="20" w:after="20"/>
      </w:pPr>
      <w:r>
        <w:rPr>
          <w:i/>
          <w:color w:val="A45F4A"/>
          <w:sz w:val="17"/>
        </w:rPr>
        <w:t>American Red Cross  ·  Current through 2028</w:t>
      </w:r>
    </w:p>
    <w:p w:rsidR="006F3823" w:rsidRDefault="008C060F">
      <w:pPr>
        <w:pBdr>
          <w:bottom w:val="single" w:sz="6" w:space="1" w:color="A45F4A"/>
        </w:pBdr>
        <w:spacing w:before="180" w:after="60"/>
      </w:pPr>
      <w:r>
        <w:rPr>
          <w:rFonts w:ascii="Georgia" w:hAnsi="Georgia"/>
          <w:b/>
          <w:color w:val="281018"/>
          <w:sz w:val="20"/>
        </w:rPr>
        <w:t>QUALIFICATIONS</w:t>
      </w:r>
    </w:p>
    <w:p w:rsidR="006F3823" w:rsidRDefault="00E4259B">
      <w:pPr>
        <w:pStyle w:val="ListBullet"/>
        <w:spacing w:after="20" w:line="240" w:lineRule="auto"/>
        <w:ind w:left="288"/>
      </w:pPr>
      <w:r>
        <w:t>9 years of full-time household experience with families in New York City and Westchester County</w:t>
      </w:r>
    </w:p>
    <w:p w:rsidR="006F3823" w:rsidRDefault="008C060F">
      <w:pPr>
        <w:pStyle w:val="ListBullet"/>
        <w:spacing w:after="20" w:line="240" w:lineRule="auto"/>
        <w:ind w:left="288"/>
      </w:pPr>
      <w:r>
        <w:t>Newborn, infant, toddler, and school-age care, including twins</w:t>
      </w:r>
    </w:p>
    <w:p w:rsidR="006F3823" w:rsidRDefault="008C060F">
      <w:pPr>
        <w:pStyle w:val="ListBullet"/>
        <w:spacing w:after="20" w:line="240" w:lineRule="auto"/>
        <w:ind w:left="288"/>
      </w:pPr>
      <w:r>
        <w:t>Light housekeeping, family laundry, meal preparation, and grocery shopping</w:t>
      </w:r>
    </w:p>
    <w:p w:rsidR="006F3823" w:rsidRDefault="008C060F">
      <w:pPr>
        <w:pStyle w:val="ListBullet"/>
        <w:spacing w:after="20" w:line="240" w:lineRule="auto"/>
        <w:ind w:left="288"/>
      </w:pPr>
      <w:r>
        <w:t>School runs, activity schedules, appointments, and household errands</w:t>
      </w:r>
    </w:p>
    <w:p w:rsidR="006F3823" w:rsidRDefault="008C060F">
      <w:pPr>
        <w:pStyle w:val="ListBullet"/>
        <w:spacing w:after="20" w:line="240" w:lineRule="auto"/>
        <w:ind w:left="288"/>
      </w:pPr>
      <w:r>
        <w:t>Fluent in English and Spanish  ·  Comfortable in homes with pets  ·  Confident swimmer</w:t>
      </w:r>
    </w:p>
    <w:p w:rsidR="006F3823" w:rsidRDefault="008C060F">
      <w:pPr>
        <w:pStyle w:val="ListBullet"/>
        <w:spacing w:after="20" w:line="240" w:lineRule="auto"/>
        <w:ind w:left="288"/>
      </w:pPr>
      <w:r>
        <w:rPr>
          <w:b/>
        </w:rPr>
        <w:t xml:space="preserve">Optional: </w:t>
      </w:r>
      <w:r>
        <w:t>Valid New York State driver's license; comfortable driving in the city and suburbs</w:t>
      </w:r>
    </w:p>
    <w:p w:rsidR="006F3823" w:rsidRDefault="008C060F">
      <w:pPr>
        <w:pBdr>
          <w:bottom w:val="single" w:sz="6" w:space="1" w:color="A45F4A"/>
        </w:pBdr>
        <w:spacing w:before="180" w:after="60"/>
      </w:pPr>
      <w:r>
        <w:rPr>
          <w:rFonts w:ascii="Georgia" w:hAnsi="Georgia"/>
          <w:b/>
          <w:color w:val="281018"/>
          <w:sz w:val="20"/>
        </w:rPr>
        <w:t>HOUSEHOLD EXPERIENCE</w:t>
      </w:r>
    </w:p>
    <w:p w:rsidR="006F3823" w:rsidRDefault="008C060F">
      <w:pPr>
        <w:spacing w:before="40" w:after="20"/>
      </w:pPr>
      <w:r>
        <w:rPr>
          <w:i/>
          <w:color w:val="665E61"/>
          <w:sz w:val="16"/>
        </w:rPr>
        <w:t>Each position below lists the employer's contact information, work schedule, and reason for leaving.</w:t>
      </w:r>
    </w:p>
    <w:p w:rsidR="006F3823" w:rsidRDefault="008C060F">
      <w:pPr>
        <w:tabs>
          <w:tab w:val="left" w:pos="4896"/>
          <w:tab w:val="right" w:pos="10224"/>
        </w:tabs>
        <w:spacing w:before="120"/>
      </w:pPr>
      <w:r>
        <w:rPr>
          <w:b/>
          <w:color w:val="281018"/>
          <w:sz w:val="20"/>
        </w:rPr>
        <w:t>Hartley Family</w:t>
      </w:r>
      <w:r>
        <w:tab/>
        <w:t>Upper East Side, Manhattan, NY</w:t>
      </w:r>
      <w:r>
        <w:rPr>
          <w:color w:val="665E61"/>
          <w:sz w:val="17"/>
        </w:rPr>
        <w:tab/>
        <w:t>June 202</w:t>
      </w:r>
      <w:r w:rsidR="00E4259B">
        <w:rPr>
          <w:color w:val="665E61"/>
          <w:sz w:val="17"/>
        </w:rPr>
        <w:t>1</w:t>
      </w:r>
      <w:r>
        <w:rPr>
          <w:color w:val="665E61"/>
          <w:sz w:val="17"/>
        </w:rPr>
        <w:t xml:space="preserve"> – Present</w:t>
      </w:r>
    </w:p>
    <w:p w:rsidR="006F3823" w:rsidRDefault="008C060F">
      <w:pPr>
        <w:spacing w:before="20" w:after="20"/>
      </w:pPr>
      <w:r>
        <w:rPr>
          <w:i/>
          <w:color w:val="A45F4A"/>
          <w:sz w:val="17"/>
        </w:rPr>
        <w:t xml:space="preserve">Full-Time Nanny / Family </w:t>
      </w:r>
      <w:r w:rsidR="00E4259B">
        <w:rPr>
          <w:i/>
          <w:color w:val="A45F4A"/>
          <w:sz w:val="17"/>
        </w:rPr>
        <w:t>Assistant · Live</w:t>
      </w:r>
      <w:r>
        <w:rPr>
          <w:i/>
          <w:color w:val="A45F4A"/>
          <w:sz w:val="17"/>
        </w:rPr>
        <w:t>-</w:t>
      </w:r>
      <w:r w:rsidR="00E4259B">
        <w:rPr>
          <w:i/>
          <w:color w:val="A45F4A"/>
          <w:sz w:val="17"/>
        </w:rPr>
        <w:t>out · Monday</w:t>
      </w:r>
      <w:r>
        <w:rPr>
          <w:i/>
          <w:color w:val="A45F4A"/>
          <w:sz w:val="17"/>
        </w:rPr>
        <w:t>–Friday, 8:00 a.m. – 6:00 p.m.  ·  Children ages 2 and 5 at hire</w:t>
      </w:r>
    </w:p>
    <w:p w:rsidR="006F3823" w:rsidRDefault="008C060F" w:rsidP="00D45C57">
      <w:pPr>
        <w:spacing w:line="252" w:lineRule="auto"/>
      </w:pPr>
      <w:r>
        <w:t>Sole charge of two children while both parents worked. Managed the daily routine, meals, naps, and bedtime. Walked the older child to and from school and coordinated after-school activities and pediatric appointments. Handled children's laundry, tidied play and bedroom areas, and kept the grocery list. Traveled with the family to their summer home in Amagansett each August.</w:t>
      </w:r>
    </w:p>
    <w:p w:rsidR="006F3823" w:rsidRDefault="008C060F">
      <w:pPr>
        <w:spacing w:before="40" w:line="252" w:lineRule="auto"/>
        <w:rPr>
          <w:sz w:val="17"/>
        </w:rPr>
      </w:pPr>
      <w:r>
        <w:rPr>
          <w:b/>
          <w:color w:val="A45F4A"/>
          <w:sz w:val="17"/>
        </w:rPr>
        <w:t xml:space="preserve">Reference: </w:t>
      </w:r>
      <w:r>
        <w:rPr>
          <w:sz w:val="17"/>
        </w:rPr>
        <w:t>Mrs. Claire Hartley, (212) 555-0162</w:t>
      </w:r>
      <w:r>
        <w:rPr>
          <w:color w:val="665E61"/>
          <w:sz w:val="17"/>
        </w:rPr>
        <w:t xml:space="preserve">   ·   </w:t>
      </w:r>
      <w:r>
        <w:rPr>
          <w:b/>
          <w:color w:val="A45F4A"/>
          <w:sz w:val="17"/>
        </w:rPr>
        <w:t xml:space="preserve">Reason for leaving: </w:t>
      </w:r>
      <w:r>
        <w:rPr>
          <w:sz w:val="17"/>
        </w:rPr>
        <w:t>Both children start full-day school in September 2027</w:t>
      </w:r>
    </w:p>
    <w:p w:rsidR="00D45C57" w:rsidRDefault="00D45C57" w:rsidP="00D45C57">
      <w:pPr>
        <w:pBdr>
          <w:bottom w:val="single" w:sz="4" w:space="1" w:color="E3D9D6"/>
        </w:pBdr>
        <w:spacing w:before="120" w:line="252" w:lineRule="auto"/>
      </w:pPr>
    </w:p>
    <w:p w:rsidR="006F3823" w:rsidRDefault="008C060F">
      <w:pPr>
        <w:tabs>
          <w:tab w:val="left" w:pos="4896"/>
          <w:tab w:val="right" w:pos="10224"/>
        </w:tabs>
        <w:spacing w:before="120"/>
      </w:pPr>
      <w:r>
        <w:rPr>
          <w:b/>
          <w:color w:val="281018"/>
          <w:sz w:val="20"/>
        </w:rPr>
        <w:t>Whitmore Family</w:t>
      </w:r>
      <w:r>
        <w:tab/>
        <w:t>Scarsdale, Westchester County, NY</w:t>
      </w:r>
      <w:r>
        <w:rPr>
          <w:color w:val="665E61"/>
          <w:sz w:val="17"/>
        </w:rPr>
        <w:tab/>
        <w:t>March 2019 – May 202</w:t>
      </w:r>
      <w:r w:rsidR="00E4259B">
        <w:rPr>
          <w:color w:val="665E61"/>
          <w:sz w:val="17"/>
        </w:rPr>
        <w:t>1</w:t>
      </w:r>
    </w:p>
    <w:p w:rsidR="006F3823" w:rsidRDefault="008C060F">
      <w:pPr>
        <w:spacing w:before="20" w:after="20"/>
      </w:pPr>
      <w:r>
        <w:rPr>
          <w:i/>
          <w:color w:val="A45F4A"/>
          <w:sz w:val="17"/>
        </w:rPr>
        <w:t xml:space="preserve">Full-Time </w:t>
      </w:r>
      <w:r w:rsidR="00E4259B">
        <w:rPr>
          <w:i/>
          <w:color w:val="A45F4A"/>
          <w:sz w:val="17"/>
        </w:rPr>
        <w:t>Nanny · Live</w:t>
      </w:r>
      <w:r>
        <w:rPr>
          <w:i/>
          <w:color w:val="A45F4A"/>
          <w:sz w:val="17"/>
        </w:rPr>
        <w:t>-</w:t>
      </w:r>
      <w:r w:rsidR="00E4259B">
        <w:rPr>
          <w:i/>
          <w:color w:val="A45F4A"/>
          <w:sz w:val="17"/>
        </w:rPr>
        <w:t>out · Monday</w:t>
      </w:r>
      <w:r>
        <w:rPr>
          <w:i/>
          <w:color w:val="A45F4A"/>
          <w:sz w:val="17"/>
        </w:rPr>
        <w:t>–Friday, 7:30 a.m. – 6:30 p.m.  ·  Newborn twins at hire</w:t>
      </w:r>
    </w:p>
    <w:p w:rsidR="006F3823" w:rsidRDefault="008C060F" w:rsidP="00D45C57">
      <w:pPr>
        <w:spacing w:line="252" w:lineRule="auto"/>
      </w:pPr>
      <w:r>
        <w:t>Full charge of newborn twins from six weeks of age. Established feeding and sleep schedules, kept daily bottle and nap logs for the parents, sterilized equipment, and managed nursery organization and supplies. Handled all infant laundry and drove the children to appointments and early play programs in the family's vehicle.</w:t>
      </w:r>
    </w:p>
    <w:p w:rsidR="006F3823" w:rsidRDefault="008C060F">
      <w:pPr>
        <w:spacing w:before="40" w:line="252" w:lineRule="auto"/>
        <w:rPr>
          <w:sz w:val="17"/>
        </w:rPr>
      </w:pPr>
      <w:r>
        <w:rPr>
          <w:b/>
          <w:color w:val="A45F4A"/>
          <w:sz w:val="17"/>
        </w:rPr>
        <w:t xml:space="preserve">Reference: </w:t>
      </w:r>
      <w:r>
        <w:rPr>
          <w:sz w:val="17"/>
        </w:rPr>
        <w:t>Mrs. Diane Whitmore, (914) 555-0138</w:t>
      </w:r>
      <w:r>
        <w:rPr>
          <w:color w:val="665E61"/>
          <w:sz w:val="17"/>
        </w:rPr>
        <w:t xml:space="preserve">   ·   </w:t>
      </w:r>
      <w:r>
        <w:rPr>
          <w:b/>
          <w:color w:val="A45F4A"/>
          <w:sz w:val="17"/>
        </w:rPr>
        <w:t xml:space="preserve">Reason for leaving: </w:t>
      </w:r>
      <w:r>
        <w:rPr>
          <w:sz w:val="17"/>
        </w:rPr>
        <w:t>Family relocated to Boston</w:t>
      </w:r>
    </w:p>
    <w:p w:rsidR="00D45C57" w:rsidRDefault="00D45C57" w:rsidP="00D45C57">
      <w:pPr>
        <w:pBdr>
          <w:bottom w:val="single" w:sz="4" w:space="1" w:color="E3D9D6"/>
        </w:pBdr>
        <w:spacing w:before="120" w:line="252" w:lineRule="auto"/>
      </w:pPr>
    </w:p>
    <w:p w:rsidR="006F3823" w:rsidRDefault="008C060F">
      <w:pPr>
        <w:tabs>
          <w:tab w:val="left" w:pos="4896"/>
          <w:tab w:val="right" w:pos="10224"/>
        </w:tabs>
        <w:spacing w:before="120"/>
      </w:pPr>
      <w:r>
        <w:rPr>
          <w:b/>
          <w:color w:val="281018"/>
          <w:sz w:val="20"/>
        </w:rPr>
        <w:t>Caldwell Family</w:t>
      </w:r>
      <w:r>
        <w:tab/>
        <w:t>Brooklyn Heights, Brooklyn, NY</w:t>
      </w:r>
      <w:r>
        <w:rPr>
          <w:color w:val="665E61"/>
          <w:sz w:val="17"/>
        </w:rPr>
        <w:tab/>
        <w:t>August 2017 – February 2019</w:t>
      </w:r>
    </w:p>
    <w:p w:rsidR="006F3823" w:rsidRDefault="008C060F">
      <w:pPr>
        <w:spacing w:before="20" w:after="20"/>
      </w:pPr>
      <w:r>
        <w:rPr>
          <w:i/>
          <w:color w:val="A45F4A"/>
          <w:sz w:val="17"/>
        </w:rPr>
        <w:t xml:space="preserve">Nanny / </w:t>
      </w:r>
      <w:r w:rsidR="00E4259B">
        <w:rPr>
          <w:i/>
          <w:color w:val="A45F4A"/>
          <w:sz w:val="17"/>
        </w:rPr>
        <w:t>Housekeeper · Live</w:t>
      </w:r>
      <w:r>
        <w:rPr>
          <w:i/>
          <w:color w:val="A45F4A"/>
          <w:sz w:val="17"/>
        </w:rPr>
        <w:t>-</w:t>
      </w:r>
      <w:r w:rsidR="00E4259B">
        <w:rPr>
          <w:i/>
          <w:color w:val="A45F4A"/>
          <w:sz w:val="17"/>
        </w:rPr>
        <w:t>out · Tuesday</w:t>
      </w:r>
      <w:r>
        <w:rPr>
          <w:i/>
          <w:color w:val="A45F4A"/>
          <w:sz w:val="17"/>
        </w:rPr>
        <w:t>–Saturday, 9:00 a.m. – 5:00 p.m.  ·  Child age 4 at hire</w:t>
      </w:r>
    </w:p>
    <w:p w:rsidR="006F3823" w:rsidRDefault="008C060F" w:rsidP="00D45C57">
      <w:pPr>
        <w:spacing w:line="252" w:lineRule="auto"/>
      </w:pPr>
      <w:r>
        <w:t>Cared for one school-age child with light housekeeping duties. Managed the school run, homework support, and after-school activities. Prepared family dinners four nights a week, handled weekly grocery shopping, laundry, ironing, and general cleaning of a three-bedroom apartment. Cared for the family's two dogs.</w:t>
      </w:r>
    </w:p>
    <w:p w:rsidR="006F3823" w:rsidRDefault="008C060F">
      <w:pPr>
        <w:spacing w:before="40" w:line="252" w:lineRule="auto"/>
      </w:pPr>
      <w:r>
        <w:rPr>
          <w:b/>
          <w:color w:val="A45F4A"/>
          <w:sz w:val="17"/>
        </w:rPr>
        <w:t xml:space="preserve">Reference: </w:t>
      </w:r>
      <w:r>
        <w:rPr>
          <w:sz w:val="17"/>
        </w:rPr>
        <w:t>Mr. Peter Caldwell, (718) 555-0119</w:t>
      </w:r>
      <w:r>
        <w:rPr>
          <w:color w:val="665E61"/>
          <w:sz w:val="17"/>
        </w:rPr>
        <w:t xml:space="preserve">   ·   </w:t>
      </w:r>
      <w:r>
        <w:rPr>
          <w:b/>
          <w:color w:val="A45F4A"/>
          <w:sz w:val="17"/>
        </w:rPr>
        <w:t xml:space="preserve">Reason for leaving: </w:t>
      </w:r>
      <w:r>
        <w:rPr>
          <w:sz w:val="17"/>
        </w:rPr>
        <w:t>Sought full-time position with earlier weekday hours</w:t>
      </w:r>
    </w:p>
    <w:p w:rsidR="006F3823" w:rsidRDefault="008C060F">
      <w:pPr>
        <w:pBdr>
          <w:bottom w:val="single" w:sz="6" w:space="1" w:color="A45F4A"/>
        </w:pBdr>
        <w:spacing w:before="180" w:after="60"/>
      </w:pPr>
      <w:r>
        <w:rPr>
          <w:rFonts w:ascii="Georgia" w:hAnsi="Georgia"/>
          <w:b/>
          <w:color w:val="281018"/>
          <w:sz w:val="20"/>
        </w:rPr>
        <w:t>ADDITIONAL EXPERIENCE</w:t>
      </w:r>
    </w:p>
    <w:p w:rsidR="006F3823" w:rsidRDefault="008C060F">
      <w:pPr>
        <w:tabs>
          <w:tab w:val="left" w:pos="4896"/>
          <w:tab w:val="right" w:pos="10224"/>
        </w:tabs>
        <w:spacing w:before="80"/>
      </w:pPr>
      <w:r>
        <w:rPr>
          <w:b/>
          <w:color w:val="281018"/>
          <w:sz w:val="20"/>
        </w:rPr>
        <w:t>Little Harbor Day School</w:t>
      </w:r>
      <w:r>
        <w:tab/>
        <w:t>Long Island City, Queens, NY</w:t>
      </w:r>
      <w:r>
        <w:rPr>
          <w:color w:val="665E61"/>
          <w:sz w:val="17"/>
        </w:rPr>
        <w:tab/>
        <w:t>September 2015 – July 2017</w:t>
      </w:r>
    </w:p>
    <w:p w:rsidR="006F3823" w:rsidRDefault="008C060F">
      <w:pPr>
        <w:spacing w:before="20" w:after="20"/>
      </w:pPr>
      <w:r>
        <w:rPr>
          <w:i/>
          <w:color w:val="A45F4A"/>
          <w:sz w:val="17"/>
        </w:rPr>
        <w:t>Assistant Teacher, Toddler Room  ·  Full-time</w:t>
      </w:r>
    </w:p>
    <w:p w:rsidR="006F3823" w:rsidRDefault="008C060F" w:rsidP="00D45C57">
      <w:pPr>
        <w:spacing w:line="252" w:lineRule="auto"/>
      </w:pPr>
      <w:r>
        <w:t>Supported the lead teacher in a classroom of twelve children aged two to three. Led small-group activities and communicated daily with parents.</w:t>
      </w:r>
    </w:p>
    <w:p w:rsidR="006F3823" w:rsidRDefault="008C060F">
      <w:pPr>
        <w:spacing w:before="160"/>
      </w:pPr>
      <w:r>
        <w:rPr>
          <w:b/>
          <w:color w:val="A45F4A"/>
          <w:sz w:val="17"/>
        </w:rPr>
        <w:t xml:space="preserve">Recommendation letters: </w:t>
      </w:r>
      <w:r>
        <w:rPr>
          <w:sz w:val="17"/>
        </w:rPr>
        <w:t>Copies from the Hartley family and the Whitmore family are attached to this resume.</w:t>
      </w:r>
    </w:p>
    <w:sectPr w:rsidR="006F3823" w:rsidSect="00034616">
      <w:footerReference w:type="default" r:id="rId9"/>
      <w:pgSz w:w="12240" w:h="15840"/>
      <w:pgMar w:top="648" w:right="1008" w:bottom="576"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CC1" w:rsidRDefault="005F2CC1">
      <w:pPr>
        <w:spacing w:line="240" w:lineRule="auto"/>
      </w:pPr>
      <w:r>
        <w:separator/>
      </w:r>
    </w:p>
  </w:endnote>
  <w:endnote w:type="continuationSeparator" w:id="0">
    <w:p w:rsidR="005F2CC1" w:rsidRDefault="005F2C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823" w:rsidRDefault="008C060F">
    <w:pPr>
      <w:pStyle w:val="Footer"/>
      <w:jc w:val="center"/>
    </w:pPr>
    <w:r>
      <w:rPr>
        <w:color w:val="665E61"/>
        <w:sz w:val="14"/>
      </w:rPr>
      <w:t>Sample Resume  ·  Mayfair Placement Agency, Inc.  ·  Licensed &amp; Bonded Referral Agency, NYC  ·  DCA #2041304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CC1" w:rsidRDefault="005F2CC1">
      <w:pPr>
        <w:spacing w:line="240" w:lineRule="auto"/>
      </w:pPr>
      <w:r>
        <w:separator/>
      </w:r>
    </w:p>
  </w:footnote>
  <w:footnote w:type="continuationSeparator" w:id="0">
    <w:p w:rsidR="005F2CC1" w:rsidRDefault="005F2CC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61150"/>
    <w:rsid w:val="0029639D"/>
    <w:rsid w:val="00326F90"/>
    <w:rsid w:val="005F2CC1"/>
    <w:rsid w:val="006F3823"/>
    <w:rsid w:val="008C060F"/>
    <w:rsid w:val="008C0EF0"/>
    <w:rsid w:val="00AA1D8D"/>
    <w:rsid w:val="00B47730"/>
    <w:rsid w:val="00CB0664"/>
    <w:rsid w:val="00D45C57"/>
    <w:rsid w:val="00E4259B"/>
    <w:rsid w:val="00F915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C08A0B-E8C0-4D3B-A2BB-1D2FF2EB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5" w:lineRule="auto"/>
    </w:pPr>
    <w:rPr>
      <w:rFonts w:ascii="Calibri" w:hAnsi="Calibri"/>
      <w:color w:val="2B2527"/>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CD63B-4082-4D81-A92D-1268CA019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account</cp:lastModifiedBy>
  <cp:revision>4</cp:revision>
  <dcterms:created xsi:type="dcterms:W3CDTF">2026-09-20T21:35:00Z</dcterms:created>
  <dcterms:modified xsi:type="dcterms:W3CDTF">2026-09-20T22:13:00Z</dcterms:modified>
  <cp:category/>
</cp:coreProperties>
</file>